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7D7A" w14:textId="30D1E441" w:rsidR="005D07A0" w:rsidRPr="001D2786" w:rsidRDefault="00612404" w:rsidP="00612404">
      <w:pPr>
        <w:pStyle w:val="Titolo1"/>
        <w:spacing w:line="360" w:lineRule="auto"/>
        <w:jc w:val="center"/>
        <w:rPr>
          <w:color w:val="auto"/>
        </w:rPr>
      </w:pPr>
      <w:r w:rsidRPr="001D2786">
        <w:rPr>
          <w:color w:val="auto"/>
        </w:rPr>
        <w:t>CONVENZIONE PER LA PROMOZIONE DEL GIOCO DELLE BOCCE</w:t>
      </w:r>
    </w:p>
    <w:p w14:paraId="07784E09" w14:textId="77777777" w:rsidR="001D2786" w:rsidRPr="001D2786" w:rsidRDefault="00612404" w:rsidP="001D2786">
      <w:pPr>
        <w:spacing w:line="360" w:lineRule="auto"/>
      </w:pPr>
      <w:r w:rsidRPr="001D2786">
        <w:t>Tra</w:t>
      </w:r>
      <w:r w:rsidRPr="001D2786">
        <w:br/>
        <w:t>L’ASD …… rappresentata dal Sig./a ………………………………………… nel ruolo di ……………………………………………………………..</w:t>
      </w:r>
    </w:p>
    <w:p w14:paraId="688F6E9B" w14:textId="63044DF0" w:rsidR="001D2786" w:rsidRPr="001D2786" w:rsidRDefault="00612404" w:rsidP="001D2786">
      <w:pPr>
        <w:spacing w:line="360" w:lineRule="auto"/>
        <w:jc w:val="center"/>
      </w:pPr>
      <w:r w:rsidRPr="001D2786">
        <w:t>e</w:t>
      </w:r>
    </w:p>
    <w:p w14:paraId="3EC95DD4" w14:textId="6B52F986" w:rsidR="005D07A0" w:rsidRPr="001D2786" w:rsidRDefault="00612404" w:rsidP="001D2786">
      <w:pPr>
        <w:spacing w:line="360" w:lineRule="auto"/>
      </w:pPr>
      <w:r w:rsidRPr="001D2786">
        <w:t>il Centro Anziani</w:t>
      </w:r>
      <w:r w:rsidR="00644B2E">
        <w:t xml:space="preserve">/RSA/ Casa Albergo </w:t>
      </w:r>
      <w:r w:rsidRPr="001D2786">
        <w:t xml:space="preserve"> ……………………………………………..rappresentato/a dal Sig./a nel ruolo di……………………………………………………………………………………………………………………………..</w:t>
      </w:r>
    </w:p>
    <w:p w14:paraId="4E2163CF" w14:textId="77777777" w:rsidR="005D07A0" w:rsidRPr="001D2786" w:rsidRDefault="00612404" w:rsidP="00612404">
      <w:pPr>
        <w:pStyle w:val="Titolo2"/>
        <w:spacing w:line="360" w:lineRule="auto"/>
        <w:rPr>
          <w:color w:val="auto"/>
        </w:rPr>
      </w:pPr>
      <w:r w:rsidRPr="001D2786">
        <w:rPr>
          <w:color w:val="auto"/>
        </w:rPr>
        <w:t>Premesse</w:t>
      </w:r>
    </w:p>
    <w:p w14:paraId="467073F4" w14:textId="693B7BF1" w:rsidR="00612404" w:rsidRPr="001D2786" w:rsidRDefault="00612404" w:rsidP="00612404">
      <w:pPr>
        <w:spacing w:line="360" w:lineRule="auto"/>
      </w:pPr>
      <w:r w:rsidRPr="001D2786">
        <w:t>L’ASD ………………è un’Associazione</w:t>
      </w:r>
      <w:r w:rsidR="00644B2E">
        <w:t xml:space="preserve"> </w:t>
      </w:r>
      <w:r w:rsidRPr="001D2786">
        <w:t>Sportiva Dilettantistica affiliate alla FIB che promuove il gioco delle bocce come attività sportiva, sociale e aggregativa.</w:t>
      </w:r>
      <w:r w:rsidRPr="001D2786">
        <w:br/>
      </w:r>
      <w:r w:rsidRPr="001D2786">
        <w:br/>
        <w:t>Il Centro Anziani …………………… opera per favorire il benessere, la socializzazione e la qualità della vita delle persone che affrontano la terza e quarta età.</w:t>
      </w:r>
      <w:r w:rsidRPr="001D2786">
        <w:br/>
      </w:r>
      <w:r w:rsidRPr="001D2786">
        <w:br/>
        <w:t>Le Parti condividono il principio dell’invecchiamento attivo, inteso come partecipazione continua alla vita sociale e sportive e come attività volta a prevenire le problematiche di motricità proprie dell’invecchiamento</w:t>
      </w:r>
      <w:r w:rsidRPr="001D2786">
        <w:br/>
      </w:r>
      <w:r w:rsidRPr="001D2786">
        <w:br/>
        <w:t>Lo sport delle bocce è riconosciuto come attività inclusiva e particolarmente adatta alla popolazione over65 che può partecipare attivamente ad iniziative e/o competizioni sportive;</w:t>
      </w:r>
    </w:p>
    <w:p w14:paraId="71FED536" w14:textId="1D64FDFC" w:rsidR="005D07A0" w:rsidRPr="001D2786" w:rsidRDefault="00612404" w:rsidP="00612404">
      <w:pPr>
        <w:spacing w:line="360" w:lineRule="auto"/>
      </w:pPr>
      <w:r w:rsidRPr="001D2786">
        <w:br/>
        <w:t>Le premesse costituiscono parte integrante della presente convenzione.</w:t>
      </w:r>
    </w:p>
    <w:p w14:paraId="584670BA" w14:textId="77777777" w:rsidR="005D07A0" w:rsidRPr="001D2786" w:rsidRDefault="00612404" w:rsidP="00612404">
      <w:pPr>
        <w:pStyle w:val="Titolo2"/>
        <w:spacing w:line="360" w:lineRule="auto"/>
        <w:rPr>
          <w:color w:val="auto"/>
        </w:rPr>
      </w:pPr>
      <w:r w:rsidRPr="001D2786">
        <w:rPr>
          <w:color w:val="auto"/>
        </w:rPr>
        <w:t>Art. 1 – Oggetto</w:t>
      </w:r>
    </w:p>
    <w:p w14:paraId="215F7001" w14:textId="77777777" w:rsidR="005D07A0" w:rsidRPr="001D2786" w:rsidRDefault="00612404" w:rsidP="00612404">
      <w:pPr>
        <w:spacing w:line="360" w:lineRule="auto"/>
      </w:pPr>
      <w:r w:rsidRPr="001D2786">
        <w:t>La presente convenzione disciplina la collaborazione tra le Parti per promuovere il gioco delle bocce come strumento di invecchiamento attivo e inclusione sociale.</w:t>
      </w:r>
    </w:p>
    <w:p w14:paraId="6558A76F" w14:textId="77777777" w:rsidR="005D07A0" w:rsidRPr="001D2786" w:rsidRDefault="00612404" w:rsidP="00612404">
      <w:pPr>
        <w:pStyle w:val="Titolo2"/>
        <w:spacing w:line="360" w:lineRule="auto"/>
        <w:rPr>
          <w:color w:val="auto"/>
        </w:rPr>
      </w:pPr>
      <w:r w:rsidRPr="001D2786">
        <w:rPr>
          <w:color w:val="auto"/>
        </w:rPr>
        <w:lastRenderedPageBreak/>
        <w:t>Art. 2 – Agevolazioni</w:t>
      </w:r>
    </w:p>
    <w:p w14:paraId="151C3BB2" w14:textId="5C717159" w:rsidR="005D07A0" w:rsidRPr="001D2786" w:rsidRDefault="00612404" w:rsidP="00612404">
      <w:pPr>
        <w:spacing w:line="360" w:lineRule="auto"/>
      </w:pPr>
      <w:r w:rsidRPr="001D2786">
        <w:t>L’ASD ………………….. riserva agli iscritti del Centro Anziani una tariffa agevolata per la pratica del gioco delle bocce e l’accesso alle proprie strutture.</w:t>
      </w:r>
    </w:p>
    <w:p w14:paraId="772AE47E" w14:textId="77777777" w:rsidR="005D07A0" w:rsidRPr="001D2786" w:rsidRDefault="00612404" w:rsidP="00612404">
      <w:pPr>
        <w:pStyle w:val="Titolo2"/>
        <w:spacing w:line="360" w:lineRule="auto"/>
        <w:rPr>
          <w:color w:val="auto"/>
        </w:rPr>
      </w:pPr>
      <w:r w:rsidRPr="001D2786">
        <w:rPr>
          <w:color w:val="auto"/>
        </w:rPr>
        <w:t>Art. 3 – Impegni del Centro Anziani</w:t>
      </w:r>
    </w:p>
    <w:p w14:paraId="438CA4E4" w14:textId="0149A30B" w:rsidR="005D07A0" w:rsidRPr="001D2786" w:rsidRDefault="00612404" w:rsidP="00612404">
      <w:pPr>
        <w:spacing w:line="360" w:lineRule="auto"/>
      </w:pPr>
      <w:r w:rsidRPr="001D2786">
        <w:t>Il Centro Anziani si impegna a promuovere l’iniziativa, favorire l’iscrizione di almeno 20 nuovi soci, di cui almeno il 20% donne e partecipare alle attività sportive che saranno proposte dalla ASD..</w:t>
      </w:r>
    </w:p>
    <w:p w14:paraId="059EA70F" w14:textId="77777777" w:rsidR="005D07A0" w:rsidRPr="001D2786" w:rsidRDefault="00612404" w:rsidP="00612404">
      <w:pPr>
        <w:pStyle w:val="Titolo2"/>
        <w:spacing w:line="360" w:lineRule="auto"/>
        <w:rPr>
          <w:color w:val="auto"/>
        </w:rPr>
      </w:pPr>
      <w:r w:rsidRPr="001D2786">
        <w:rPr>
          <w:color w:val="auto"/>
        </w:rPr>
        <w:t>Art. 4 – Impegni dell’ASD</w:t>
      </w:r>
    </w:p>
    <w:p w14:paraId="327B90F7" w14:textId="1A8847D9" w:rsidR="005D07A0" w:rsidRPr="001D2786" w:rsidRDefault="00612404" w:rsidP="00612404">
      <w:pPr>
        <w:spacing w:line="360" w:lineRule="auto"/>
      </w:pPr>
      <w:r w:rsidRPr="001D2786">
        <w:t>L’ASD si impegna ad accogliere i nuovi iscritti in un contesto inclusivo e collaborare per iniziative di promozione attraverso corsi di bocce svolti anche presso il Centro Anziani, attraverso un proprio tencico appositamente formato.</w:t>
      </w:r>
    </w:p>
    <w:p w14:paraId="49751525" w14:textId="77777777" w:rsidR="005D07A0" w:rsidRPr="001D2786" w:rsidRDefault="00612404" w:rsidP="00612404">
      <w:pPr>
        <w:pStyle w:val="Titolo2"/>
        <w:spacing w:line="360" w:lineRule="auto"/>
        <w:rPr>
          <w:color w:val="auto"/>
        </w:rPr>
      </w:pPr>
      <w:r w:rsidRPr="001D2786">
        <w:rPr>
          <w:color w:val="auto"/>
        </w:rPr>
        <w:t>Art. 5 – Durata</w:t>
      </w:r>
    </w:p>
    <w:p w14:paraId="2BB8F5DF" w14:textId="61972E4A" w:rsidR="005D07A0" w:rsidRPr="001D2786" w:rsidRDefault="00612404" w:rsidP="00612404">
      <w:pPr>
        <w:spacing w:line="360" w:lineRule="auto"/>
      </w:pPr>
      <w:r w:rsidRPr="001D2786">
        <w:t>La convenzione ha durata di 12 mesi dalla sottoscrizione ed è tacitamente  rinnovata se non con diversa comunicazione inviata per iscritto.</w:t>
      </w:r>
    </w:p>
    <w:p w14:paraId="71BD4626" w14:textId="77777777" w:rsidR="005D07A0" w:rsidRPr="001D2786" w:rsidRDefault="00612404" w:rsidP="00612404">
      <w:pPr>
        <w:pStyle w:val="Titolo2"/>
        <w:spacing w:line="360" w:lineRule="auto"/>
        <w:rPr>
          <w:color w:val="auto"/>
        </w:rPr>
      </w:pPr>
      <w:r w:rsidRPr="001D2786">
        <w:rPr>
          <w:color w:val="auto"/>
        </w:rPr>
        <w:t>Art. 6 – Aspetti economici</w:t>
      </w:r>
    </w:p>
    <w:p w14:paraId="05390D5B" w14:textId="142597EC" w:rsidR="005D07A0" w:rsidRPr="001D2786" w:rsidRDefault="00612404" w:rsidP="00612404">
      <w:pPr>
        <w:spacing w:line="360" w:lineRule="auto"/>
      </w:pPr>
      <w:r w:rsidRPr="001D2786">
        <w:t>La presente convenzione non comporta oneri economici diretti tra le Parti se non per quanto riguarda i costi di Tesseramento previsti al punto 3 per il Centro Anziani e i costi dei Servizi offerti dalla ASD presso l’impianto e con la disponibilità del Tecnico.</w:t>
      </w:r>
    </w:p>
    <w:p w14:paraId="78C1FEBF" w14:textId="77777777" w:rsidR="005D07A0" w:rsidRPr="001D2786" w:rsidRDefault="00612404" w:rsidP="00612404">
      <w:pPr>
        <w:pStyle w:val="Titolo2"/>
        <w:spacing w:line="360" w:lineRule="auto"/>
        <w:rPr>
          <w:color w:val="auto"/>
        </w:rPr>
      </w:pPr>
      <w:r w:rsidRPr="001D2786">
        <w:rPr>
          <w:color w:val="auto"/>
        </w:rPr>
        <w:t>Art. 7 – Disposizioni finali</w:t>
      </w:r>
    </w:p>
    <w:p w14:paraId="4556E969" w14:textId="77777777" w:rsidR="005D07A0" w:rsidRPr="001D2786" w:rsidRDefault="00612404" w:rsidP="00612404">
      <w:pPr>
        <w:spacing w:line="360" w:lineRule="auto"/>
      </w:pPr>
      <w:r w:rsidRPr="001D2786">
        <w:t>Per quanto non previsto si fa riferimento alle normative vigenti.</w:t>
      </w:r>
    </w:p>
    <w:p w14:paraId="32453D15" w14:textId="1499F03E" w:rsidR="005D07A0" w:rsidRPr="001D2786" w:rsidRDefault="00612404" w:rsidP="00612404">
      <w:pPr>
        <w:spacing w:line="360" w:lineRule="auto"/>
      </w:pPr>
      <w:r w:rsidRPr="001D2786">
        <w:t>Luogo e data ____________________</w:t>
      </w:r>
      <w:r w:rsidRPr="001D2786"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D2786" w:rsidRPr="001D2786" w14:paraId="31A90833" w14:textId="77777777">
        <w:tc>
          <w:tcPr>
            <w:tcW w:w="4320" w:type="dxa"/>
          </w:tcPr>
          <w:p w14:paraId="25452399" w14:textId="7F76FAF4" w:rsidR="005D07A0" w:rsidRPr="001D2786" w:rsidRDefault="00612404" w:rsidP="00612404">
            <w:pPr>
              <w:spacing w:line="360" w:lineRule="auto"/>
            </w:pPr>
            <w:r w:rsidRPr="001D2786">
              <w:t>Per ASD ………………………………</w:t>
            </w:r>
          </w:p>
        </w:tc>
        <w:tc>
          <w:tcPr>
            <w:tcW w:w="4320" w:type="dxa"/>
          </w:tcPr>
          <w:p w14:paraId="68737DAB" w14:textId="09D3CA98" w:rsidR="005D07A0" w:rsidRPr="001D2786" w:rsidRDefault="00612404" w:rsidP="00612404">
            <w:pPr>
              <w:spacing w:line="360" w:lineRule="auto"/>
            </w:pPr>
            <w:r w:rsidRPr="001D2786">
              <w:t>Per Centro Anziani ……………………….</w:t>
            </w:r>
          </w:p>
        </w:tc>
      </w:tr>
      <w:tr w:rsidR="005D07A0" w:rsidRPr="001D2786" w14:paraId="3FB38F2E" w14:textId="77777777">
        <w:tc>
          <w:tcPr>
            <w:tcW w:w="4320" w:type="dxa"/>
          </w:tcPr>
          <w:p w14:paraId="3CAC68C4" w14:textId="77777777" w:rsidR="005D07A0" w:rsidRPr="001D2786" w:rsidRDefault="00612404" w:rsidP="00612404">
            <w:pPr>
              <w:spacing w:line="360" w:lineRule="auto"/>
            </w:pPr>
            <w:r w:rsidRPr="001D2786">
              <w:t>Il Presidente</w:t>
            </w:r>
            <w:r w:rsidRPr="001D2786">
              <w:br/>
            </w:r>
            <w:r w:rsidRPr="001D2786">
              <w:br/>
              <w:t>______________________</w:t>
            </w:r>
          </w:p>
        </w:tc>
        <w:tc>
          <w:tcPr>
            <w:tcW w:w="4320" w:type="dxa"/>
          </w:tcPr>
          <w:p w14:paraId="3D3BF1AF" w14:textId="77777777" w:rsidR="005D07A0" w:rsidRPr="001D2786" w:rsidRDefault="00612404" w:rsidP="00612404">
            <w:pPr>
              <w:spacing w:line="360" w:lineRule="auto"/>
            </w:pPr>
            <w:r w:rsidRPr="001D2786">
              <w:t>Il Presidente</w:t>
            </w:r>
            <w:r w:rsidRPr="001D2786">
              <w:br/>
            </w:r>
            <w:r w:rsidRPr="001D2786">
              <w:br/>
              <w:t>______________________</w:t>
            </w:r>
          </w:p>
        </w:tc>
      </w:tr>
    </w:tbl>
    <w:p w14:paraId="6688B1EC" w14:textId="77777777" w:rsidR="00612404" w:rsidRPr="001D2786" w:rsidRDefault="00612404" w:rsidP="00612404">
      <w:pPr>
        <w:spacing w:line="360" w:lineRule="auto"/>
      </w:pPr>
    </w:p>
    <w:sectPr w:rsidR="00612404" w:rsidRPr="001D278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9877441">
    <w:abstractNumId w:val="8"/>
  </w:num>
  <w:num w:numId="2" w16cid:durableId="128134723">
    <w:abstractNumId w:val="6"/>
  </w:num>
  <w:num w:numId="3" w16cid:durableId="1878153582">
    <w:abstractNumId w:val="5"/>
  </w:num>
  <w:num w:numId="4" w16cid:durableId="353265156">
    <w:abstractNumId w:val="4"/>
  </w:num>
  <w:num w:numId="5" w16cid:durableId="112555969">
    <w:abstractNumId w:val="7"/>
  </w:num>
  <w:num w:numId="6" w16cid:durableId="49501999">
    <w:abstractNumId w:val="3"/>
  </w:num>
  <w:num w:numId="7" w16cid:durableId="1081802795">
    <w:abstractNumId w:val="2"/>
  </w:num>
  <w:num w:numId="8" w16cid:durableId="957373523">
    <w:abstractNumId w:val="1"/>
  </w:num>
  <w:num w:numId="9" w16cid:durableId="191478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39B4"/>
    <w:rsid w:val="0015074B"/>
    <w:rsid w:val="001D2786"/>
    <w:rsid w:val="0029639D"/>
    <w:rsid w:val="00326F90"/>
    <w:rsid w:val="00332487"/>
    <w:rsid w:val="005D07A0"/>
    <w:rsid w:val="00612404"/>
    <w:rsid w:val="00644B2E"/>
    <w:rsid w:val="007E3AB3"/>
    <w:rsid w:val="008F606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A132A8"/>
  <w14:defaultImageDpi w14:val="300"/>
  <w15:docId w15:val="{14C58EC9-E4F4-4B58-A7AA-1ED6D011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C3CC32ECB0449A89497C77B9F4265" ma:contentTypeVersion="15" ma:contentTypeDescription="Creare un nuovo documento." ma:contentTypeScope="" ma:versionID="180b7db51671e9e2cbd8e2e916cfe2d2">
  <xsd:schema xmlns:xsd="http://www.w3.org/2001/XMLSchema" xmlns:xs="http://www.w3.org/2001/XMLSchema" xmlns:p="http://schemas.microsoft.com/office/2006/metadata/properties" xmlns:ns2="4e5aff5e-3c1e-4044-aaf7-060eee7ed11e" xmlns:ns3="ba270bbe-2dfb-45fd-b998-ac84cbc5e06b" targetNamespace="http://schemas.microsoft.com/office/2006/metadata/properties" ma:root="true" ma:fieldsID="9366bf6a1df6a164384f02ded65e003b" ns2:_="" ns3:_="">
    <xsd:import namespace="4e5aff5e-3c1e-4044-aaf7-060eee7ed11e"/>
    <xsd:import namespace="ba270bbe-2dfb-45fd-b998-ac84cbc5e0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aff5e-3c1e-4044-aaf7-060eee7ed1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aa8844c4-28f0-4246-b68f-29c1c63ffe45}" ma:internalName="TaxCatchAll" ma:showField="CatchAllData" ma:web="4e5aff5e-3c1e-4044-aaf7-060eee7ed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70bbe-2dfb-45fd-b998-ac84cbc5e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5aff5e-3c1e-4044-aaf7-060eee7ed11e" xsi:nil="true"/>
    <lcf76f155ced4ddcb4097134ff3c332f xmlns="ba270bbe-2dfb-45fd-b998-ac84cbc5e06b">
      <Terms xmlns="http://schemas.microsoft.com/office/infopath/2007/PartnerControls"/>
    </lcf76f155ced4ddcb4097134ff3c332f>
    <_dlc_DocId xmlns="4e5aff5e-3c1e-4044-aaf7-060eee7ed11e">77FR427SYU3C-858206548-7979</_dlc_DocId>
    <_dlc_DocIdUrl xmlns="4e5aff5e-3c1e-4044-aaf7-060eee7ed11e">
      <Url>https://fibofficial.sharepoint.com/sites/ProgettiFIB2/_layouts/15/DocIdRedir.aspx?ID=77FR427SYU3C-858206548-7979</Url>
      <Description>77FR427SYU3C-858206548-7979</Description>
    </_dlc_DocIdUrl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842485-75F7-47A5-8046-B9C10BEDE22F}"/>
</file>

<file path=customXml/itemProps3.xml><?xml version="1.0" encoding="utf-8"?>
<ds:datastoreItem xmlns:ds="http://schemas.openxmlformats.org/officeDocument/2006/customXml" ds:itemID="{D328228F-C250-4362-8A5A-75684E3E2D29}"/>
</file>

<file path=customXml/itemProps4.xml><?xml version="1.0" encoding="utf-8"?>
<ds:datastoreItem xmlns:ds="http://schemas.openxmlformats.org/officeDocument/2006/customXml" ds:itemID="{621CEAE3-6830-45E3-962B-5FBBC80EF4D9}"/>
</file>

<file path=customXml/itemProps5.xml><?xml version="1.0" encoding="utf-8"?>
<ds:datastoreItem xmlns:ds="http://schemas.openxmlformats.org/officeDocument/2006/customXml" ds:itemID="{CFE88801-E04C-44DC-872B-BC6A9D821B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Francesca Pisani</cp:lastModifiedBy>
  <cp:revision>5</cp:revision>
  <dcterms:created xsi:type="dcterms:W3CDTF">2026-01-12T10:26:00Z</dcterms:created>
  <dcterms:modified xsi:type="dcterms:W3CDTF">2026-01-20T13:41:00Z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0x010100EDEC3CC32ECB0449A89497C77B9F4265</vt:lpwstr>
  </property>
  <property fmtid="{D5CDD505-2E9C-101B-9397-08002B2CF9AE}" pid="3" name="_dlc_DocIdItemGuid">
    <vt:lpwstr>ead2bcc8-65bb-4b97-9e5f-0a2060ca3dce</vt:lpwstr>
  </property>
</Properties>
</file>